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4D6" w:rsidRPr="00283FAC" w:rsidRDefault="00B774D6" w:rsidP="00B774D6">
      <w:pPr>
        <w:spacing w:after="40"/>
        <w:jc w:val="center"/>
        <w:rPr>
          <w:rFonts w:ascii="Arial" w:hAnsi="Arial" w:cs="Arial"/>
          <w:b/>
          <w:color w:val="000000" w:themeColor="text1"/>
          <w:u w:val="single"/>
          <w:lang w:val="pt-BR"/>
        </w:rPr>
      </w:pPr>
      <w:r w:rsidRPr="00283FAC">
        <w:rPr>
          <w:rFonts w:ascii="Arial" w:hAnsi="Arial" w:cs="Arial"/>
          <w:b/>
          <w:color w:val="000000" w:themeColor="text1"/>
          <w:u w:val="single"/>
          <w:lang w:val="pt-BR"/>
        </w:rPr>
        <w:t>APÊNDICE I</w:t>
      </w:r>
    </w:p>
    <w:p w:rsidR="00B774D6" w:rsidRPr="00283FAC" w:rsidRDefault="00B774D6" w:rsidP="00B774D6">
      <w:pPr>
        <w:spacing w:after="40"/>
        <w:jc w:val="center"/>
        <w:rPr>
          <w:rFonts w:ascii="Arial" w:hAnsi="Arial" w:cs="Arial"/>
          <w:b/>
          <w:color w:val="000000" w:themeColor="text1"/>
          <w:u w:val="single"/>
          <w:lang w:val="pt-BR"/>
        </w:rPr>
      </w:pPr>
    </w:p>
    <w:p w:rsidR="00B774D6" w:rsidRPr="00283FAC" w:rsidRDefault="00C91A98" w:rsidP="00B774D6">
      <w:pPr>
        <w:spacing w:after="40"/>
        <w:jc w:val="center"/>
        <w:rPr>
          <w:rFonts w:ascii="Arial" w:hAnsi="Arial" w:cs="Arial"/>
          <w:b/>
          <w:color w:val="000000" w:themeColor="text1"/>
          <w:lang w:val="pt-BR"/>
        </w:rPr>
      </w:pPr>
      <w:r w:rsidRPr="00283FAC">
        <w:rPr>
          <w:rFonts w:ascii="Arial" w:hAnsi="Arial" w:cs="Arial"/>
          <w:b/>
          <w:color w:val="000000" w:themeColor="text1"/>
          <w:lang w:val="pt-BR"/>
        </w:rPr>
        <w:t>MINISTÉRIO DA EDUCAÇÃO</w:t>
      </w:r>
      <w:r w:rsidRPr="00283FAC">
        <w:rPr>
          <w:rFonts w:ascii="Arial" w:hAnsi="Arial" w:cs="Arial"/>
          <w:b/>
          <w:color w:val="000000" w:themeColor="text1"/>
          <w:lang w:val="pt-BR"/>
        </w:rPr>
        <w:br/>
        <w:t>UNIVERSIDADE FEDERAL RURAL DO SEMI-ÁRIDO</w:t>
      </w:r>
      <w:r w:rsidRPr="00283FAC">
        <w:rPr>
          <w:rFonts w:ascii="Arial" w:hAnsi="Arial" w:cs="Arial"/>
          <w:b/>
          <w:color w:val="000000" w:themeColor="text1"/>
          <w:lang w:val="pt-BR"/>
        </w:rPr>
        <w:br/>
        <w:t>CAMPUS CARAÚBAS - CENTRO MULTIDISCIPLINAR</w:t>
      </w:r>
    </w:p>
    <w:p w:rsidR="0059585D" w:rsidRPr="00283FAC" w:rsidRDefault="00C91A98" w:rsidP="00B774D6">
      <w:pPr>
        <w:spacing w:after="40"/>
        <w:jc w:val="center"/>
        <w:rPr>
          <w:rFonts w:ascii="Arial" w:hAnsi="Arial" w:cs="Arial"/>
          <w:b/>
          <w:color w:val="111111"/>
          <w:u w:val="single"/>
          <w:lang w:val="pt-BR"/>
        </w:rPr>
      </w:pPr>
      <w:r w:rsidRPr="00283FAC">
        <w:rPr>
          <w:rFonts w:ascii="Arial" w:hAnsi="Arial" w:cs="Arial"/>
          <w:b/>
          <w:color w:val="000000" w:themeColor="text1"/>
          <w:lang w:val="pt-BR"/>
        </w:rPr>
        <w:br/>
      </w:r>
      <w:r w:rsidRPr="00283FAC">
        <w:rPr>
          <w:rFonts w:ascii="Arial" w:hAnsi="Arial" w:cs="Arial"/>
          <w:b/>
          <w:color w:val="111111"/>
          <w:u w:val="single"/>
          <w:lang w:val="pt-BR"/>
        </w:rPr>
        <w:t>Solicitação e Termo de Responsabilidade para Reserva de Laboratório</w:t>
      </w:r>
    </w:p>
    <w:p w:rsidR="00B774D6" w:rsidRPr="00283FAC" w:rsidRDefault="00B774D6" w:rsidP="00B774D6">
      <w:pPr>
        <w:spacing w:after="40"/>
        <w:jc w:val="center"/>
        <w:rPr>
          <w:rFonts w:ascii="Arial" w:hAnsi="Arial" w:cs="Arial"/>
          <w:lang w:val="pt-BR"/>
        </w:rPr>
      </w:pPr>
    </w:p>
    <w:p w:rsidR="0059585D" w:rsidRPr="00283FAC" w:rsidRDefault="00C91A98" w:rsidP="00CE0AB2">
      <w:pPr>
        <w:spacing w:after="280" w:line="312" w:lineRule="auto"/>
        <w:jc w:val="both"/>
        <w:rPr>
          <w:rFonts w:ascii="Arial" w:hAnsi="Arial" w:cs="Arial"/>
          <w:lang w:val="pt-BR"/>
        </w:rPr>
      </w:pPr>
      <w:r w:rsidRPr="00283FAC">
        <w:rPr>
          <w:rFonts w:ascii="Arial" w:hAnsi="Arial" w:cs="Arial"/>
          <w:lang w:val="pt-BR"/>
        </w:rPr>
        <w:t xml:space="preserve">Eu, </w:t>
      </w:r>
      <w:r w:rsidRPr="00283FAC">
        <w:rPr>
          <w:rFonts w:ascii="Arial" w:hAnsi="Arial" w:cs="Arial"/>
          <w:b/>
          <w:lang w:val="pt-BR"/>
        </w:rPr>
        <w:t>___________________________________________________</w:t>
      </w:r>
      <w:r w:rsidRPr="00283FAC">
        <w:rPr>
          <w:rFonts w:ascii="Arial" w:hAnsi="Arial" w:cs="Arial"/>
          <w:lang w:val="pt-BR"/>
        </w:rPr>
        <w:t xml:space="preserve">, (   ) docente  (   ) técnico(a) do departamento de </w:t>
      </w:r>
      <w:r w:rsidRPr="00283FAC">
        <w:rPr>
          <w:rFonts w:ascii="Arial" w:hAnsi="Arial" w:cs="Arial"/>
          <w:b/>
          <w:lang w:val="pt-BR"/>
        </w:rPr>
        <w:t>____________________________________</w:t>
      </w:r>
      <w:r w:rsidRPr="00283FAC">
        <w:rPr>
          <w:rFonts w:ascii="Arial" w:hAnsi="Arial" w:cs="Arial"/>
          <w:lang w:val="pt-BR"/>
        </w:rPr>
        <w:t xml:space="preserve"> do Campus Caraúbas, solicito a RESERVA de laboratório multidisciplinar (LM) conforme informações descritas abaixo: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4"/>
        <w:gridCol w:w="7902"/>
      </w:tblGrid>
      <w:tr w:rsidR="00283FAC" w:rsidRPr="00283FAC" w:rsidTr="009F2BF7">
        <w:trPr>
          <w:jc w:val="center"/>
        </w:trPr>
        <w:tc>
          <w:tcPr>
            <w:tcW w:w="5000" w:type="pct"/>
            <w:gridSpan w:val="2"/>
            <w:shd w:val="clear" w:color="auto" w:fill="FFFFFF" w:themeFill="background1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59585D" w:rsidRPr="00283FAC" w:rsidRDefault="00C91A98" w:rsidP="00CE0AB2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pt-BR"/>
              </w:rPr>
            </w:pPr>
            <w:r w:rsidRPr="00283FAC">
              <w:rPr>
                <w:rFonts w:ascii="Arial" w:hAnsi="Arial" w:cs="Arial"/>
                <w:b/>
                <w:color w:val="000000" w:themeColor="text1"/>
                <w:lang w:val="pt-BR"/>
              </w:rPr>
              <w:t>Informações Para Reserva de Laboratório</w:t>
            </w:r>
          </w:p>
        </w:tc>
      </w:tr>
      <w:tr w:rsidR="00283FAC" w:rsidRPr="00283FAC" w:rsidTr="00B774D6">
        <w:trPr>
          <w:trHeight w:val="489"/>
          <w:jc w:val="center"/>
        </w:trPr>
        <w:tc>
          <w:tcPr>
            <w:tcW w:w="1140" w:type="pct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59585D" w:rsidRPr="00283FAC" w:rsidRDefault="00C91A98" w:rsidP="00CE0AB2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283FAC">
              <w:rPr>
                <w:rFonts w:ascii="Arial" w:hAnsi="Arial" w:cs="Arial"/>
                <w:b/>
              </w:rPr>
              <w:t>Laboratório</w:t>
            </w:r>
            <w:proofErr w:type="spellEnd"/>
            <w:r w:rsidRPr="00283FAC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3860" w:type="pct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59585D" w:rsidRPr="00283FAC" w:rsidRDefault="0059585D" w:rsidP="00CE0AB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83FAC" w:rsidRPr="00283FAC" w:rsidTr="00B774D6">
        <w:trPr>
          <w:jc w:val="center"/>
        </w:trPr>
        <w:tc>
          <w:tcPr>
            <w:tcW w:w="1140" w:type="pct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59585D" w:rsidRPr="00283FAC" w:rsidRDefault="00C91A98" w:rsidP="00CE0AB2">
            <w:pPr>
              <w:spacing w:after="0" w:line="240" w:lineRule="auto"/>
              <w:rPr>
                <w:rFonts w:ascii="Arial" w:hAnsi="Arial" w:cs="Arial"/>
              </w:rPr>
            </w:pPr>
            <w:r w:rsidRPr="00283FAC">
              <w:rPr>
                <w:rFonts w:ascii="Arial" w:hAnsi="Arial" w:cs="Arial"/>
                <w:b/>
              </w:rPr>
              <w:t>Data/Hora Início:</w:t>
            </w:r>
          </w:p>
        </w:tc>
        <w:tc>
          <w:tcPr>
            <w:tcW w:w="3860" w:type="pct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59585D" w:rsidRPr="00283FAC" w:rsidRDefault="0059585D" w:rsidP="00CE0AB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83FAC" w:rsidRPr="00283FAC" w:rsidTr="00B774D6">
        <w:trPr>
          <w:jc w:val="center"/>
        </w:trPr>
        <w:tc>
          <w:tcPr>
            <w:tcW w:w="1140" w:type="pct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CE0AB2" w:rsidRPr="00283FAC" w:rsidRDefault="00CE0AB2" w:rsidP="00CE0AB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83FAC">
              <w:rPr>
                <w:rFonts w:ascii="Arial" w:hAnsi="Arial" w:cs="Arial"/>
                <w:b/>
              </w:rPr>
              <w:t xml:space="preserve">Data/Hora </w:t>
            </w:r>
            <w:proofErr w:type="spellStart"/>
            <w:r w:rsidRPr="00283FAC">
              <w:rPr>
                <w:rFonts w:ascii="Arial" w:hAnsi="Arial" w:cs="Arial"/>
                <w:b/>
              </w:rPr>
              <w:t>Fim</w:t>
            </w:r>
            <w:proofErr w:type="spellEnd"/>
            <w:r w:rsidRPr="00283FAC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3860" w:type="pct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CE0AB2" w:rsidRPr="00283FAC" w:rsidRDefault="00CE0AB2" w:rsidP="00CE0AB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83FAC" w:rsidRPr="00283FAC" w:rsidTr="00B774D6">
        <w:trPr>
          <w:jc w:val="center"/>
        </w:trPr>
        <w:tc>
          <w:tcPr>
            <w:tcW w:w="1140" w:type="pct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59585D" w:rsidRPr="00283FAC" w:rsidRDefault="00C91A98" w:rsidP="00CE0AB2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283FAC">
              <w:rPr>
                <w:rFonts w:ascii="Arial" w:hAnsi="Arial" w:cs="Arial"/>
                <w:b/>
              </w:rPr>
              <w:t>Tipo</w:t>
            </w:r>
            <w:proofErr w:type="spellEnd"/>
            <w:r w:rsidRPr="00283FAC">
              <w:rPr>
                <w:rFonts w:ascii="Arial" w:hAnsi="Arial" w:cs="Arial"/>
                <w:b/>
              </w:rPr>
              <w:t xml:space="preserve"> de </w:t>
            </w:r>
            <w:proofErr w:type="spellStart"/>
            <w:r w:rsidRPr="00283FAC">
              <w:rPr>
                <w:rFonts w:ascii="Arial" w:hAnsi="Arial" w:cs="Arial"/>
                <w:b/>
              </w:rPr>
              <w:t>Atividade</w:t>
            </w:r>
            <w:proofErr w:type="spellEnd"/>
            <w:r w:rsidRPr="00283FAC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3860" w:type="pct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59585D" w:rsidRPr="00283FAC" w:rsidRDefault="00C91A98" w:rsidP="00CE0AB2">
            <w:pPr>
              <w:spacing w:after="0" w:line="240" w:lineRule="auto"/>
              <w:rPr>
                <w:rFonts w:ascii="Arial" w:hAnsi="Arial" w:cs="Arial"/>
              </w:rPr>
            </w:pPr>
            <w:r w:rsidRPr="00283FAC">
              <w:rPr>
                <w:rFonts w:ascii="Arial" w:hAnsi="Arial" w:cs="Arial"/>
              </w:rPr>
              <w:t>(   ) Ensino      (   ) Pesquisa      (   ) Extensão</w:t>
            </w:r>
          </w:p>
        </w:tc>
      </w:tr>
      <w:tr w:rsidR="00283FAC" w:rsidRPr="00283FAC" w:rsidTr="00B774D6">
        <w:trPr>
          <w:jc w:val="center"/>
        </w:trPr>
        <w:tc>
          <w:tcPr>
            <w:tcW w:w="1140" w:type="pct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59585D" w:rsidRPr="00283FAC" w:rsidRDefault="00C91A98" w:rsidP="00CE0AB2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283FAC">
              <w:rPr>
                <w:rFonts w:ascii="Arial" w:hAnsi="Arial" w:cs="Arial"/>
                <w:b/>
              </w:rPr>
              <w:t>Justificativa</w:t>
            </w:r>
            <w:proofErr w:type="spellEnd"/>
            <w:r w:rsidRPr="00283FAC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3860" w:type="pct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59585D" w:rsidRPr="00283FAC" w:rsidRDefault="00C91A98" w:rsidP="00CE0AB2">
            <w:pPr>
              <w:spacing w:after="0" w:line="240" w:lineRule="auto"/>
              <w:rPr>
                <w:rFonts w:ascii="Arial" w:hAnsi="Arial" w:cs="Arial"/>
              </w:rPr>
            </w:pPr>
            <w:r w:rsidRPr="00283FAC">
              <w:rPr>
                <w:rFonts w:ascii="Arial" w:hAnsi="Arial" w:cs="Arial"/>
              </w:rPr>
              <w:br/>
            </w:r>
            <w:r w:rsidRPr="00283FAC">
              <w:rPr>
                <w:rFonts w:ascii="Arial" w:hAnsi="Arial" w:cs="Arial"/>
              </w:rPr>
              <w:br/>
            </w:r>
          </w:p>
        </w:tc>
      </w:tr>
      <w:tr w:rsidR="00283FAC" w:rsidRPr="00283FAC" w:rsidTr="00B774D6">
        <w:trPr>
          <w:jc w:val="center"/>
        </w:trPr>
        <w:tc>
          <w:tcPr>
            <w:tcW w:w="1140" w:type="pct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59585D" w:rsidRPr="00283FAC" w:rsidRDefault="00C91A98" w:rsidP="00CE0AB2">
            <w:pPr>
              <w:spacing w:after="0" w:line="240" w:lineRule="auto"/>
              <w:rPr>
                <w:rFonts w:ascii="Arial" w:hAnsi="Arial" w:cs="Arial"/>
              </w:rPr>
            </w:pPr>
            <w:r w:rsidRPr="00283FAC">
              <w:rPr>
                <w:rFonts w:ascii="Arial" w:hAnsi="Arial" w:cs="Arial"/>
                <w:b/>
              </w:rPr>
              <w:t>Descrição das Atividades:</w:t>
            </w:r>
          </w:p>
        </w:tc>
        <w:tc>
          <w:tcPr>
            <w:tcW w:w="3860" w:type="pct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59585D" w:rsidRPr="00283FAC" w:rsidRDefault="00C91A98" w:rsidP="00CE0AB2">
            <w:pPr>
              <w:spacing w:after="0" w:line="240" w:lineRule="auto"/>
              <w:rPr>
                <w:rFonts w:ascii="Arial" w:hAnsi="Arial" w:cs="Arial"/>
              </w:rPr>
            </w:pPr>
            <w:r w:rsidRPr="00283FAC">
              <w:rPr>
                <w:rFonts w:ascii="Arial" w:hAnsi="Arial" w:cs="Arial"/>
              </w:rPr>
              <w:br/>
            </w:r>
            <w:r w:rsidRPr="00283FAC">
              <w:rPr>
                <w:rFonts w:ascii="Arial" w:hAnsi="Arial" w:cs="Arial"/>
              </w:rPr>
              <w:br/>
            </w:r>
            <w:r w:rsidRPr="00283FAC">
              <w:rPr>
                <w:rFonts w:ascii="Arial" w:hAnsi="Arial" w:cs="Arial"/>
              </w:rPr>
              <w:br/>
            </w:r>
          </w:p>
        </w:tc>
      </w:tr>
      <w:tr w:rsidR="00283FAC" w:rsidRPr="00283FAC" w:rsidTr="00B774D6">
        <w:trPr>
          <w:jc w:val="center"/>
        </w:trPr>
        <w:tc>
          <w:tcPr>
            <w:tcW w:w="1140" w:type="pct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59585D" w:rsidRPr="00283FAC" w:rsidRDefault="00C91A98" w:rsidP="00CE0AB2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283FAC">
              <w:rPr>
                <w:rFonts w:ascii="Arial" w:hAnsi="Arial" w:cs="Arial"/>
                <w:b/>
              </w:rPr>
              <w:t>Constituintes</w:t>
            </w:r>
            <w:proofErr w:type="spellEnd"/>
            <w:r w:rsidRPr="00283FAC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283FAC">
              <w:rPr>
                <w:rFonts w:ascii="Arial" w:hAnsi="Arial" w:cs="Arial"/>
                <w:b/>
              </w:rPr>
              <w:t>Utilizados</w:t>
            </w:r>
            <w:proofErr w:type="spellEnd"/>
            <w:r w:rsidRPr="00283FAC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3860" w:type="pct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59585D" w:rsidRPr="00283FAC" w:rsidRDefault="00C91A98" w:rsidP="00CE0AB2">
            <w:pPr>
              <w:spacing w:after="0" w:line="240" w:lineRule="auto"/>
              <w:rPr>
                <w:rFonts w:ascii="Arial" w:hAnsi="Arial" w:cs="Arial"/>
              </w:rPr>
            </w:pPr>
            <w:r w:rsidRPr="00283FAC">
              <w:rPr>
                <w:rFonts w:ascii="Arial" w:hAnsi="Arial" w:cs="Arial"/>
              </w:rPr>
              <w:br/>
            </w:r>
            <w:r w:rsidRPr="00283FAC">
              <w:rPr>
                <w:rFonts w:ascii="Arial" w:hAnsi="Arial" w:cs="Arial"/>
              </w:rPr>
              <w:br/>
            </w:r>
          </w:p>
        </w:tc>
      </w:tr>
    </w:tbl>
    <w:p w:rsidR="0059585D" w:rsidRPr="00283FAC" w:rsidRDefault="00C91A98">
      <w:pPr>
        <w:spacing w:after="480" w:line="300" w:lineRule="auto"/>
        <w:jc w:val="both"/>
        <w:rPr>
          <w:rFonts w:ascii="Arial" w:hAnsi="Arial" w:cs="Arial"/>
          <w:lang w:val="pt-BR"/>
        </w:rPr>
      </w:pPr>
      <w:bookmarkStart w:id="0" w:name="_GoBack"/>
      <w:bookmarkEnd w:id="0"/>
      <w:r w:rsidRPr="00283FAC">
        <w:rPr>
          <w:rFonts w:ascii="Arial" w:hAnsi="Arial" w:cs="Arial"/>
          <w:color w:val="444444"/>
          <w:lang w:val="pt-BR"/>
        </w:rPr>
        <w:t xml:space="preserve">Ao encaminhar esta solicitação, confirmo ciência das instruções, normas e regimentos da instituição quanto ao uso de seus laboratórios, me responsabilizo pelas atividades desenvolvidas no referido laboratório multidisciplinar, assim como eventuais danos parciais ou totais nos constituintes observado o disposto na </w:t>
      </w:r>
      <w:r w:rsidRPr="00283FAC">
        <w:rPr>
          <w:rFonts w:ascii="Arial" w:hAnsi="Arial" w:cs="Arial"/>
          <w:b/>
          <w:color w:val="444444"/>
          <w:u w:val="single"/>
          <w:lang w:val="pt-BR"/>
        </w:rPr>
        <w:t>INSTRUÇÃO NORMATIVA N° 01/2026 - CMC</w:t>
      </w:r>
      <w:r w:rsidRPr="00283FAC">
        <w:rPr>
          <w:rFonts w:ascii="Arial" w:hAnsi="Arial" w:cs="Arial"/>
          <w:color w:val="444444"/>
          <w:lang w:val="pt-BR"/>
        </w:rPr>
        <w:t>.</w:t>
      </w:r>
    </w:p>
    <w:p w:rsidR="0059585D" w:rsidRPr="00283FAC" w:rsidRDefault="00C91A98">
      <w:pPr>
        <w:spacing w:after="720"/>
        <w:jc w:val="center"/>
        <w:rPr>
          <w:rFonts w:ascii="Arial" w:hAnsi="Arial" w:cs="Arial"/>
          <w:lang w:val="pt-BR"/>
        </w:rPr>
      </w:pPr>
      <w:r w:rsidRPr="00283FAC">
        <w:rPr>
          <w:rFonts w:ascii="Arial" w:hAnsi="Arial" w:cs="Arial"/>
          <w:lang w:val="pt-BR"/>
        </w:rPr>
        <w:t xml:space="preserve">Caraúbas/RN, _____ de ______________________ </w:t>
      </w:r>
      <w:proofErr w:type="spellStart"/>
      <w:r w:rsidRPr="00283FAC">
        <w:rPr>
          <w:rFonts w:ascii="Arial" w:hAnsi="Arial" w:cs="Arial"/>
          <w:lang w:val="pt-BR"/>
        </w:rPr>
        <w:t>de</w:t>
      </w:r>
      <w:proofErr w:type="spellEnd"/>
      <w:r w:rsidRPr="00283FAC">
        <w:rPr>
          <w:rFonts w:ascii="Arial" w:hAnsi="Arial" w:cs="Arial"/>
          <w:lang w:val="pt-BR"/>
        </w:rPr>
        <w:t xml:space="preserve"> 20___</w:t>
      </w:r>
    </w:p>
    <w:p w:rsidR="00C91A98" w:rsidRPr="00283FAC" w:rsidRDefault="00C91A98" w:rsidP="00E61719">
      <w:pPr>
        <w:spacing w:after="120"/>
        <w:jc w:val="center"/>
        <w:rPr>
          <w:rFonts w:ascii="Arial" w:hAnsi="Arial" w:cs="Arial"/>
          <w:lang w:val="pt-BR"/>
        </w:rPr>
      </w:pPr>
      <w:r w:rsidRPr="00283FAC">
        <w:rPr>
          <w:rFonts w:ascii="Arial" w:hAnsi="Arial" w:cs="Arial"/>
          <w:b/>
          <w:lang w:val="pt-BR"/>
        </w:rPr>
        <w:t>_____________________________________________________</w:t>
      </w:r>
      <w:r w:rsidRPr="00283FAC">
        <w:rPr>
          <w:rFonts w:ascii="Arial" w:hAnsi="Arial" w:cs="Arial"/>
          <w:b/>
          <w:lang w:val="pt-BR"/>
        </w:rPr>
        <w:br/>
      </w:r>
      <w:r w:rsidRPr="00283FAC">
        <w:rPr>
          <w:rFonts w:ascii="Arial" w:hAnsi="Arial" w:cs="Arial"/>
          <w:color w:val="555555"/>
          <w:lang w:val="pt-BR"/>
        </w:rPr>
        <w:t>(Responsável pela Reserva de Laboratório)</w:t>
      </w:r>
    </w:p>
    <w:sectPr w:rsidR="00C91A98" w:rsidRPr="00283FAC" w:rsidSect="00034616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06E6D"/>
    <w:rsid w:val="00283FAC"/>
    <w:rsid w:val="0029639D"/>
    <w:rsid w:val="00326F90"/>
    <w:rsid w:val="0059585D"/>
    <w:rsid w:val="009F2BF7"/>
    <w:rsid w:val="00AA1D8D"/>
    <w:rsid w:val="00B47730"/>
    <w:rsid w:val="00B774D6"/>
    <w:rsid w:val="00C01342"/>
    <w:rsid w:val="00C91A98"/>
    <w:rsid w:val="00CB0664"/>
    <w:rsid w:val="00CE0AB2"/>
    <w:rsid w:val="00E61719"/>
    <w:rsid w:val="00EB74F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222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222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3876188-6C46-4FD6-8FD0-865C1E261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187</Words>
  <Characters>1010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1195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Jean Carlo Nascimento Araújo</cp:lastModifiedBy>
  <cp:revision>6</cp:revision>
  <dcterms:created xsi:type="dcterms:W3CDTF">2026-08-31T18:06:00Z</dcterms:created>
  <dcterms:modified xsi:type="dcterms:W3CDTF">2026-09-01T13:38:00Z</dcterms:modified>
  <cp:category/>
</cp:coreProperties>
</file>